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AI-EFFEKTMÄTNING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AI-effektmätning".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AI-effektmätning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