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MALL FÖR AI-FRÅGOR TILL LEVERANTÖRER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"Mall för AI-frågor till leverantörer".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AI-frågor till leverantörer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