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MALL FÖR AI-KOMPETENSMATRIS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"Mall för AI-kompetensmatris".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AI-kompetensmatris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