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MALL FÖR AI-PILOTUTVÄRDERING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"Mall för AI-pilotutvärdering".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 för AI-pilotutvärdering</dc:title>
  <dc:subject>Nedladdningsbar mall/exempelfil som motsvarar artikeln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