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AI-PROJEKTDIREKTIV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AI-projektdirektiv".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AI-projektdirektiv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