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728000" cy="303292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Iregistret-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8000" cy="30329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rPr>
          <w:i/>
          <w:color w:val="52627A"/>
          <w:sz w:val="16"/>
        </w:rPr>
        <w:t>Byt gärna ut logotypen mot er egen innan mallen delas internt.</w:t>
      </w:r>
    </w:p>
    <w:p>
      <w:pPr>
        <w:jc w:val="center"/>
      </w:pPr>
      <w:r>
        <w:rPr>
          <w:b/>
          <w:color w:val="071427"/>
          <w:sz w:val="34"/>
        </w:rPr>
        <w:t>MALL FÖR AI-STATUSRAPPORT TILL LEDNINGEN</w:t>
      </w:r>
    </w:p>
    <w:p>
      <w:pPr>
        <w:jc w:val="center"/>
      </w:pPr>
      <w:r>
        <w:rPr>
          <w:color w:val="52627A"/>
          <w:sz w:val="20"/>
        </w:rPr>
        <w:t>Checklista och arbetsmall · redigerbar mall från AI-registret.se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EAF6FB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Så används dokumentet</w:t>
              <w:br/>
            </w:r>
            <w:r>
              <w:rPr>
                <w:rFonts w:ascii="Inter" w:hAnsi="Inter" w:eastAsia="Inter"/>
                <w:sz w:val="17"/>
              </w:rPr>
              <w:t>Det här är en praktisk startmall kopplad till artikeln "Mall för AI-statusrapport till ledningen". Anpassa fält, ansvar, risknivåer och formuleringar till er organisation innan dokumentet används skarpt. Mallen är inte juridisk rådgivning.</w:t>
            </w:r>
          </w:p>
        </w:tc>
      </w:tr>
    </w:tbl>
    <w:p/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5298"/>
        <w:gridCol w:w="5298"/>
      </w:tblGrid>
      <w:tr>
        <w:trPr>
          <w:cantSplit/>
          <w:tblHeader w:val="true"/>
        </w:trPr>
        <w:tc>
          <w:tcPr>
            <w:tcW w:type="dxa" w:w="2835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Dokumentfält</w:t>
            </w:r>
          </w:p>
        </w:tc>
        <w:tc>
          <w:tcPr>
            <w:tcW w:type="dxa" w:w="6236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Fyll i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Organisation / team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Dokumentägare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Namn, roll, kontakt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Version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1.0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Datum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Gäller för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Roller, team, process eller use case</w:t>
            </w:r>
          </w:p>
        </w:tc>
      </w:tr>
      <w:tr>
        <w:trPr>
          <w:cantSplit/>
        </w:trPr>
        <w:tc>
          <w:tcPr>
            <w:tcW w:type="dxa" w:w="2835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Nästa översyn</w:t>
            </w:r>
          </w:p>
        </w:tc>
        <w:tc>
          <w:tcPr>
            <w:tcW w:type="dxa" w:w="6236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596"/>
      </w:tblGrid>
      <w:tr>
        <w:tc>
          <w:tcPr>
            <w:tcW w:type="dxa" w:w="10596"/>
            <w:shd w:fill="F7FFFC"/>
          </w:tcPr>
          <w:p>
            <w:pPr>
              <w:spacing w:after="30"/>
            </w:pPr>
            <w:r>
              <w:rPr>
                <w:rFonts w:ascii="Inter" w:hAnsi="Inter" w:eastAsia="Inter"/>
                <w:b/>
                <w:color w:val="074168"/>
                <w:sz w:val="18"/>
              </w:rPr>
              <w:t>Syfte</w:t>
              <w:br/>
            </w:r>
            <w:r>
              <w:rPr>
                <w:rFonts w:ascii="Inter" w:hAnsi="Inter" w:eastAsia="Inter"/>
                <w:sz w:val="17"/>
              </w:rPr>
              <w:t>Ge läsaren en konkret, redigerbar struktur för att omsätta artikeln i praktiskt arbete.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1. Nuläge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Fråga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Svar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2. Praktisk checklista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Steg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Vad görs?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Ansvarig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Klart?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1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2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3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4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5</w:t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3. Exempel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Situation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53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Anpassning för vår organisation</w:t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  <w:tr>
        <w:trPr>
          <w:cantSplit/>
        </w:trPr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353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</w:tr>
    </w:tbl>
    <w:p/>
    <w:p>
      <w:pPr>
        <w:pStyle w:val="Heading1"/>
        <w:keepNext/>
        <w:pageBreakBefore w:val="0"/>
        <w:spacing w:before="140" w:after="60"/>
      </w:pPr>
      <w:r>
        <w:rPr>
          <w:rFonts w:ascii="Inter" w:hAnsi="Inter" w:eastAsia="Inter"/>
          <w:color w:val="071427"/>
          <w:sz w:val="27"/>
        </w:rPr>
        <w:t>4. Uppföljning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2649"/>
        <w:gridCol w:w="2649"/>
        <w:gridCol w:w="2649"/>
        <w:gridCol w:w="2649"/>
      </w:tblGrid>
      <w:tr>
        <w:trPr>
          <w:cantSplit/>
          <w:tblHeader w:val="true"/>
        </w:trPr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Åtgärd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Ägare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Deadline</w:t>
            </w:r>
          </w:p>
        </w:tc>
        <w:tc>
          <w:tcPr>
            <w:tcW w:type="dxa" w:w="2649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Status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  <w:tr>
        <w:trPr>
          <w:cantSplit/>
        </w:trPr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</w:r>
          </w:p>
        </w:tc>
        <w:tc>
          <w:tcPr>
            <w:tcW w:type="dxa" w:w="2649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☐ Ej startad ☐ Pågår ☐ Klar</w:t>
            </w:r>
          </w:p>
        </w:tc>
      </w:tr>
    </w:tbl>
    <w:p/>
    <w:p>
      <w:pPr>
        <w:pStyle w:val="Heading1"/>
        <w:keepNext/>
      </w:pPr>
      <w:r>
        <w:t>Exempel på ifylld rad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  <w:tblCellMar>
          <w:top w:w="55" w:type="dxa"/>
          <w:start w:w="70" w:type="dxa"/>
          <w:bottom w:w="55" w:type="dxa"/>
          <w:end w:w="70" w:type="dxa"/>
        </w:tblCellMar>
      </w:tblPr>
      <w:tblGrid>
        <w:gridCol w:w="3532"/>
        <w:gridCol w:w="3532"/>
        <w:gridCol w:w="3532"/>
      </w:tblGrid>
      <w:tr>
        <w:trPr>
          <w:cantSplit/>
          <w:tblHeader w:val="true"/>
        </w:trPr>
        <w:tc>
          <w:tcPr>
            <w:tcW w:type="dxa" w:w="2268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Fält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Exempel</w:t>
            </w:r>
          </w:p>
        </w:tc>
        <w:tc>
          <w:tcPr>
            <w:tcW w:type="dxa" w:w="3402"/>
            <w:shd w:fill="0A192F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/>
                <w:color w:val="FFFFFF"/>
                <w:sz w:val="17"/>
              </w:rPr>
              <w:t>Kommentar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AI-ansvarig tillsammans med processägare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Ska vara en namngiven roll, inte bara ett team.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Medel – personuppgifter kan förekomma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Risknivån ska kunna motiveras.</w:t>
            </w:r>
          </w:p>
        </w:tc>
      </w:tr>
      <w:tr>
        <w:trPr>
          <w:cantSplit/>
        </w:trPr>
        <w:tc>
          <w:tcPr>
            <w:tcW w:type="dxa" w:w="2268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Åtgärd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Inför mänsklig granskning före extern användning</w:t>
            </w:r>
          </w:p>
        </w:tc>
        <w:tc>
          <w:tcPr>
            <w:tcW w:type="dxa" w:w="3402"/>
            <w:vAlign w:val="top"/>
          </w:tcPr>
          <w:p>
            <w:pPr>
              <w:keepLines/>
              <w:spacing w:after="30" w:line="240" w:lineRule="auto"/>
            </w:pPr>
            <w:r>
              <w:rPr>
                <w:rFonts w:ascii="Inter" w:hAnsi="Inter" w:eastAsia="Inter"/>
                <w:sz w:val="17"/>
              </w:rPr>
            </w:r>
            <w:r>
              <w:rPr>
                <w:rFonts w:ascii="Inter" w:hAnsi="Inter" w:eastAsia="Inter"/>
                <w:b w:val="0"/>
                <w:sz w:val="17"/>
              </w:rPr>
              <w:t>Koppla till deadline och ansvarig.</w:t>
            </w:r>
          </w:p>
        </w:tc>
      </w:tr>
    </w:tbl>
    <w:p/>
    <w:sectPr w:rsidR="00FC693F" w:rsidRPr="0006063C" w:rsidSect="00034616">
      <w:footerReference w:type="default" r:id="rId10"/>
      <w:pgSz w:w="12240" w:h="15840"/>
      <w:pgMar w:top="765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2627A"/>
        <w:sz w:val="16"/>
      </w:rPr>
      <w:t>AI-registret.se • redigerbar mall • version 1.0 • logotypen är utbytbar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Inter" w:hAnsi="Inter" w:eastAsia="Inter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Mall för AI-statusrapport till ledningen</dc:title>
  <dc:subject>Nedladdningsbar mall/exempelfil som motsvarar artikeln</dc:subject>
  <dc:creator>AI-registret.se</dc:creator>
  <cp:keywords/>
  <dc:description>Redigerbar Word-mall med kompakt sidflöde, utbytbar logotyp och tabellrader som inte delas över sidor.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