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DATAKLASSNING VID AI-ANVÄNDNING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dataklassning vid AI-användning".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dataklassning vid AI-användning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