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MICROSOFT COPILOT VS CHATGPT – PRAKTISK JÄMFÖRELSE FÖR SVENSKA FÖRETAG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"Microsoft Copilot vs ChatGPT – praktisk jämförelse för svenska företag".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Copilot vs ChatGPT – praktisk jämförelse för svenska företag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