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728000" cy="3032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registret-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032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i/>
          <w:color w:val="52627A"/>
          <w:sz w:val="16"/>
        </w:rPr>
        <w:t>Byt gärna ut logotypen mot er egen innan mallen delas internt.</w:t>
      </w:r>
    </w:p>
    <w:p>
      <w:pPr>
        <w:jc w:val="center"/>
      </w:pPr>
      <w:r>
        <w:rPr>
          <w:b/>
          <w:color w:val="071427"/>
          <w:sz w:val="34"/>
        </w:rPr>
        <w:t>NIS2 OCH AI – VAD GÄLLER FÖR CYBERSÄKERHET?</w:t>
      </w:r>
    </w:p>
    <w:p>
      <w:pPr>
        <w:jc w:val="center"/>
      </w:pPr>
      <w:r>
        <w:rPr>
          <w:color w:val="52627A"/>
          <w:sz w:val="20"/>
        </w:rPr>
        <w:t>Risk- och kontrollmall · redigerbar mall från AI-registret.se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EAF6FB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Så används dokumentet</w:t>
              <w:br/>
            </w:r>
            <w:r>
              <w:rPr>
                <w:rFonts w:ascii="Inter" w:hAnsi="Inter" w:eastAsia="Inter"/>
                <w:sz w:val="17"/>
              </w:rPr>
              <w:t>Det här är en praktisk startmall kopplad till artikeln "NIS2 och AI – vad gäller för cybersäkerhet?". Anpassa fält, ansvar, risknivåer och formuleringar till er organisation innan dokumentet används skarpt. Mallen är inte juridisk rådgivning.</w:t>
            </w:r>
          </w:p>
        </w:tc>
      </w:tr>
    </w:tbl>
    <w:p/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298"/>
        <w:gridCol w:w="5298"/>
      </w:tblGrid>
      <w:tr>
        <w:trPr>
          <w:cantSplit/>
          <w:tblHeader w:val="true"/>
        </w:trPr>
        <w:tc>
          <w:tcPr>
            <w:tcW w:type="dxa" w:w="2835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Dokumentfält</w:t>
            </w:r>
          </w:p>
        </w:tc>
        <w:tc>
          <w:tcPr>
            <w:tcW w:type="dxa" w:w="623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Fyll i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Organisation / team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Dokumentägare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Namn, roll, kontakt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Version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1.0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Datum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Gäller för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Roller, team, process eller use case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Nästa översyn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F7FFFC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Syfte</w:t>
              <w:br/>
            </w:r>
            <w:r>
              <w:rPr>
                <w:rFonts w:ascii="Inter" w:hAnsi="Inter" w:eastAsia="Inter"/>
                <w:sz w:val="17"/>
              </w:rPr>
              <w:t>Hjälpa organisationen att dokumentera risk, datatyp, ägare, åtgärder och uppföljning på ett spårbart sätt.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1. Snabb bedömning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Fråga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Ja/Nej/Okänt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Nästa steg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2. Riskklassning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Riskområde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Sannolikhet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Konsekvens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Nivå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Motivering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3. Data- och behörighetskontroll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Datatyp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Tillåten användning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Begränsning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Godkänd miljö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Ägare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4. Åtgärdsplan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Åtgärd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Ansvarig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Deadline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Status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Verifiering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5. Uppföljning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Datum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Vad kontrollerades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Resultat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Ny risknivå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Beslut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</w:pPr>
      <w:r>
        <w:t>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2268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AI-ansvarig tillsammans med processägare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Ska vara en namngiven roll, inte bara ett team.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Medel – personuppgifter kan förekomma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Risknivån ska kunna motiveras.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Åtgärd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Inför mänsklig granskning före extern användning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Koppla till deadline och ansvarig.</w:t>
            </w:r>
          </w:p>
        </w:tc>
      </w:tr>
    </w:tbl>
    <w:p/>
    <w:sectPr w:rsidR="00FC693F" w:rsidRPr="0006063C" w:rsidSect="00034616">
      <w:footerReference w:type="default" r:id="rId10"/>
      <w:pgSz w:w="12240" w:h="15840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2627A"/>
        <w:sz w:val="16"/>
      </w:rPr>
      <w:t>AI-registret.se • redigerbar mall • version 1.0 • logotypen är utbytbar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Inter" w:hAnsi="Inter" w:eastAsia="Inte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NIS2 och AI – vad gäller för cybersäkerhet?</dc:title>
  <dc:subject>Risk-/dataklassningsmatris, kontrollista eller incident-/DPIA-exempel</dc:subject>
  <dc:creator>AI-registret.se</dc:creator>
  <cp:keywords/>
  <dc:description>Redigerbar Word-mall med kompakt sidflöde, utbytbar logotyp och tabellrader som inte delas över sidor.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