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PROMPTMALLAR FÖR CHEFER OCH LEDARE</w:t>
      </w:r>
    </w:p>
    <w:p>
      <w:pPr>
        <w:jc w:val="center"/>
      </w:pPr>
      <w:r>
        <w:rPr>
          <w:color w:val="52627A"/>
          <w:sz w:val="20"/>
        </w:rPr>
        <w:t>Promptpaket och exempel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"Promptmallar för chefer och ledare".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teamet färdiga promptar, kvalitetskontroller och exempel som kan kopieras, testas och anpassas.</w:t>
            </w:r>
          </w:p>
        </w:tc>
      </w:tr>
    </w:tbl>
    <w:p/>
    <w:p>
      <w:pPr>
        <w:pStyle w:val="Heading1"/>
        <w:keepNext/>
        <w:pageBreakBefore w:val="0"/>
        <w:spacing w:before="140" w:after="60"/>
      </w:pPr>
      <w:r>
        <w:rPr>
          <w:rFonts w:ascii="Inter" w:hAnsi="Inter" w:eastAsia="Inter"/>
          <w:color w:val="071427"/>
          <w:sz w:val="27"/>
        </w:rPr>
        <w:t>1. Användningsområde och datagräns</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Syfte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prompten får användas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Data som inte får matas in</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Granskare</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Promptbibliotek</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Prompt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Förväntat resultat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Kvalitetskontroll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Exempel på bra svar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Prompt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Exempeloutput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ska kontrolleras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ska svaret stoppas?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Förbättringslogg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Datum</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Ändring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Varför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Testad av</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Godkänd</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Promptmallar för chefer och ledare</dc:title>
  <dc:subject>Nedladdningsbar mall/exempelfil som motsvarar artikeln</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