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DATAANALYS I CHATGPT OCH CLAUDE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dataanalys i ChatGPT och Claude".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dataanalys i ChatGPT och Claude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