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MÖTEN – AGENDA, ANTECKNINGAR OCH UPPFÖLJNING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möten – agenda, anteckningar och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möten – agenda, anteckningar och uppföljning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