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PROMPTMALLAR FÖR SÄLJTEAM – PROSPEKT, MÖTEN OCH UPPFÖLJNING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"Promptmallar för säljteam – prospekt, möten och uppföljning".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Promptmallar för säljteam – prospekt, möten och uppföljning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