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SÅ ANVÄNDER DU AI FÖR REKRYTERING – FRÅN ANNONS TILL INTERVJU</w:t>
      </w:r>
    </w:p>
    <w:p>
      <w:pPr>
        <w:jc w:val="center"/>
      </w:pPr>
      <w:r>
        <w:rPr>
          <w:color w:val="52627A"/>
          <w:sz w:val="20"/>
        </w:rPr>
        <w:t>Risk- och kontrollmall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"Så använder du AI för rekrytering – från annons till intervju".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Hjälpa organisationen att dokumentera risk, datatyp, ägare, åtgärder och uppföljning på ett spårbart sätt.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Snabb bedömning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Ja/Nej/Okänt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steg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Riskklassning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Riskområde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Sannolikhet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Konsekvens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Motivering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Data- och behörighetskontroll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Datatyp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Tillåten användning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Begränsning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Godkänd miljö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Åtgärdsplan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Verifiering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5.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119"/>
        <w:gridCol w:w="2119"/>
        <w:gridCol w:w="2119"/>
        <w:gridCol w:w="2119"/>
        <w:gridCol w:w="2119"/>
      </w:tblGrid>
      <w:tr>
        <w:trPr>
          <w:cantSplit/>
          <w:tblHeader w:val="true"/>
        </w:trPr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kontrollerades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Resultat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Ny risknivå</w:t>
            </w:r>
          </w:p>
        </w:tc>
        <w:tc>
          <w:tcPr>
            <w:tcW w:type="dxa" w:w="211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Beslut</w:t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11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Så använder du AI för rekrytering – från annons till intervju</dc:title>
  <dc:subject>Risk-/dataklassningsmatris, kontrollista eller incident-/DPIA-exempel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