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FÖRBEREDER DU MEDARBETARSAMTAL MED AI</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förbereder du medarbetarsamtal med AI".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förbereder du medarbetarsamtal med AI</dc:title>
  <dc:subject>Checklista, arbetsflöde eller ifyllt 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