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FÖRKLARAR DU AI-POLICY FÖR PERSONALEN PÅ 10 MINUTER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förklarar du AI-policy för personalen på 10 minuter".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förklarar du AI-policy för personalen på 10 minuter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