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GÖR DU EN AI-KOMPETENSKARTLÄGGNING I TEAMET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gör du en AI-kompetenskartläggning i teamet".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gör du en AI-kompetenskartläggning i teamet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