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GÖR DU EN AI-PRIORITERINGSMATRIS FÖR NYA IDÉER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gör du en AI-prioriteringsmatris för nya idéer".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gör du en AI-prioriteringsmatris för nya idéer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