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GÖR DU EN ENKEL NYTTOKARTA FÖR AI-PROJEKT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gör du en enkel nyttokarta för AI-projekt".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gör du en enkel nyttokarta för AI-projekt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