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GÖR DU EN PROMPTKLASSNING EFTER DATAKÄNSLIGHET</w:t>
      </w:r>
    </w:p>
    <w:p>
      <w:pPr>
        <w:jc w:val="center"/>
      </w:pPr>
      <w:r>
        <w:rPr>
          <w:color w:val="52627A"/>
          <w:sz w:val="20"/>
        </w:rPr>
        <w:t>Promptpaket och exempel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gör du en promptklassning efter datakänslighet".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teamet färdiga promptar, kvalitetskontroller och exempel som kan kopieras, testas och anpassas.</w:t>
            </w:r>
          </w:p>
        </w:tc>
      </w:tr>
    </w:tbl>
    <w:p/>
    <w:p>
      <w:pPr>
        <w:pStyle w:val="Heading1"/>
        <w:keepNext/>
        <w:pageBreakBefore w:val="0"/>
        <w:spacing w:before="140" w:after="60"/>
      </w:pPr>
      <w:r>
        <w:rPr>
          <w:rFonts w:ascii="Inter" w:hAnsi="Inter" w:eastAsia="Inter"/>
          <w:color w:val="071427"/>
          <w:sz w:val="27"/>
        </w:rPr>
        <w:t>1. Användningsområde och datagräns</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Syfte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När prompten får användas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Data som inte får matas in</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Granskare</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Promptbibliotek</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Situation</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Prompt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Förväntat resultat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Kvalitetskontroll</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Ägare</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Exempel på bra svar</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Prompt</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Exempeloutput</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Vad ska kontrolleras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När ska svaret stoppas?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Förbättringslogg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Datum</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Ändring</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Varför</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Testad av</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Godkänd</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gör du en promptklassning efter datakänslighet</dc:title>
  <dc:subject>Risk-/dataklassningsmatris, kontrollista eller incident-/DPIA-exempel</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