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GRANSKAR DU AVTAL OCH KONTRAKT MED AI</w:t>
      </w:r>
    </w:p>
    <w:p>
      <w:pPr>
        <w:jc w:val="center"/>
      </w:pPr>
      <w:r>
        <w:rPr>
          <w:color w:val="52627A"/>
          <w:sz w:val="20"/>
        </w:rPr>
        <w:t>Leverantörs- och jämförelsematris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granskar du avtal och kontrakt med AI".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Göra granskning, jämförelse och beslut enklare att dokumentera innan verktyg eller leverantörer godkänns.</w:t>
            </w:r>
          </w:p>
        </w:tc>
      </w:tr>
    </w:tbl>
    <w:p/>
    <w:p>
      <w:pPr>
        <w:pStyle w:val="Heading1"/>
        <w:keepNext/>
        <w:pageBreakBefore w:val="0"/>
        <w:spacing w:before="140" w:after="60"/>
      </w:pPr>
      <w:r>
        <w:rPr>
          <w:rFonts w:ascii="Inter" w:hAnsi="Inter" w:eastAsia="Inter"/>
          <w:color w:val="071427"/>
          <w:sz w:val="27"/>
        </w:rPr>
        <w:t>1. Grunduppgifter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Leverantör/verktyg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Kontakt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Användningsområde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2. Kontrollfrågor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Bevis/länk</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Jämförelse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Kriterium</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Alternativ A</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Alternativ B</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Alternativ C</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Beslut och villkor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Beslut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Villkor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Uppföljning</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granskar du avtal och kontrakt med AI</dc:title>
  <dc:subject>Leverantörsfrågor, avtalschecklista eller jämförelsematris</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