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SKAPAR DU EN AI-FRÅGEBANK FÖR UTBILDNING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skapar du en AI-frågebank för utbildning".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skapar du en AI-frågebank för utbildning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