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SKAPAR DU EN AI-IDÉBANK INTERNT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skapar du en AI-idébank internt".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skapar du en AI-idébank internt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