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SKAPAR DU INNEHÅLL TILL SOCIALA MEDIER MED AI</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skapar du innehåll till sociala medier med AI".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skapar du innehåll till sociala medier med AI</dc:title>
  <dc:subject>Checklista, arbetsflöde eller ifyllt 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