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SKAPAR DU POWERPOINT-PRESENTATIONER MED AI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skapar du PowerPoint-presentationer med AI".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skapar du PowerPoint-presentationer med AI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