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SKYDDAR DU KUNDDATA NÄR MEDARBETARE ANVÄNDER AI</w:t>
      </w:r>
    </w:p>
    <w:p>
      <w:pPr>
        <w:jc w:val="center"/>
      </w:pPr>
      <w:r>
        <w:rPr>
          <w:color w:val="52627A"/>
          <w:sz w:val="20"/>
        </w:rPr>
        <w:t>Risk- och kontrollmall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skyddar du kunddata när medarbetare använder AI".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Hjälpa organisationen att dokumentera risk, datatyp, ägare, åtgärder och uppföljning på ett spårbart sätt.</w:t>
            </w:r>
          </w:p>
        </w:tc>
      </w:tr>
    </w:tbl>
    <w:p/>
    <w:p>
      <w:pPr>
        <w:pStyle w:val="Heading1"/>
        <w:keepNext/>
        <w:pageBreakBefore w:val="0"/>
        <w:spacing w:before="140" w:after="60"/>
      </w:pPr>
      <w:r>
        <w:rPr>
          <w:rFonts w:ascii="Inter" w:hAnsi="Inter" w:eastAsia="Inter"/>
          <w:color w:val="071427"/>
          <w:sz w:val="27"/>
        </w:rPr>
        <w:t>1. Snabb bedömning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Ja/Nej/Okänt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Nästa steg</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Riskklassning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Riskområde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Sannolikhet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Konsekvens</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Nivå</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Motivering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Data- och behörighetskontroll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Datatyp</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Tillåten användning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Begränsning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Godkänd miljö</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Åtgärdsplan</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Status</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Verifiering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5.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Datum</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Vad kontrollerades</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Resultat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Ny risknivå</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Beslut</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skyddar du kunddata när medarbetare använder AI</dc:title>
  <dc:subject>Risk-/dataklassningsmatris, kontrollista eller incident-/DPIA-exempel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