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SUMMERAR DU LÅNGA DOKUMENT OCH RAPPORTER MED AI</w:t>
      </w:r>
    </w:p>
    <w:p>
      <w:pPr>
        <w:jc w:val="center"/>
      </w:pPr>
      <w:r>
        <w:rPr>
          <w:color w:val="52627A"/>
          <w:sz w:val="20"/>
        </w:rPr>
        <w:t>Rapport- och uppföljningsmall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summerar du långa dokument och rapporter med AI".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Skapa ett återkommande rapportformat för ledning, styrgrupp eller ansvariga chefer.</w:t>
            </w:r>
          </w:p>
        </w:tc>
      </w:tr>
    </w:tbl>
    <w:p/>
    <w:p>
      <w:pPr>
        <w:pStyle w:val="Heading1"/>
        <w:keepNext/>
        <w:pageBreakBefore w:val="0"/>
        <w:spacing w:before="140" w:after="60"/>
      </w:pPr>
      <w:r>
        <w:rPr>
          <w:rFonts w:ascii="Inter" w:hAnsi="Inter" w:eastAsia="Inter"/>
          <w:color w:val="071427"/>
          <w:sz w:val="27"/>
        </w:rPr>
        <w:t>1. Sammanfattning för beslut</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Period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Status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Viktigaste förändring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Beslut som behövs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Initiativ och nytta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Initiativ</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Nuläge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Effekt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Nästa steg</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Risker och hinder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Risk/hinder</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Påverkan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Mätetal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Mått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Utgångsläge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Nu</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Mål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summerar du långa dokument och rapporter med AI</dc:title>
  <dc:subject>Rapportmall/exempel för ledningsgrupp eller styrelse</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