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SKUGG-AI – SÅ HITTAR DU AI-VERKTYG INGEN PRATAR OM</w:t>
      </w:r>
    </w:p>
    <w:p>
      <w:pPr>
        <w:jc w:val="center"/>
      </w:pPr>
      <w:r>
        <w:rPr>
          <w:color w:val="52627A"/>
          <w:sz w:val="20"/>
        </w:rPr>
        <w:t>Register- och inventeringsmall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"Skugg-AI – så hittar du AI-verktyg ingen pratar om".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Samla AI-verktyg, användningsfall, ägare, data och risk på ett sätt som går att följa upp.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Registerrad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Verktyg/use case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Risknivå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Uppdateringslogg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Gjort av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kontroll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Skugg-AI – så hittar du AI-verktyg ingen pratar om</dc:title>
  <dc:subject>Exempelregister i Excel/Sheets + ifylld exempelrad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